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1714C0" w:rsidRPr="00B1462F" w14:paraId="6C2284D9" w14:textId="77777777" w:rsidTr="00BF56D5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56F5AF69" w14:textId="743A5AC8" w:rsidR="00CB4BD3" w:rsidRPr="00B1462F" w:rsidRDefault="00CB4BD3" w:rsidP="00CB4BD3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3C62458" wp14:editId="50723907">
                      <wp:simplePos x="0" y="0"/>
                      <wp:positionH relativeFrom="column">
                        <wp:posOffset>-111125</wp:posOffset>
                      </wp:positionH>
                      <wp:positionV relativeFrom="page">
                        <wp:posOffset>1285875</wp:posOffset>
                      </wp:positionV>
                      <wp:extent cx="1552575" cy="266700"/>
                      <wp:effectExtent l="0" t="0" r="0" b="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257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0B778F" w14:textId="19969BA6" w:rsidR="001714C0" w:rsidRDefault="00CB4BD3" w:rsidP="00CB4BD3">
                                  <w:pPr>
                                    <w:pStyle w:val="NoSpacing"/>
                                    <w:jc w:val="center"/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PRIMARIA GANEASA</w:t>
                                  </w:r>
                                </w:p>
                                <w:p w14:paraId="7C375773" w14:textId="66E682AE" w:rsidR="00CB4BD3" w:rsidRPr="00CB4BD3" w:rsidRDefault="00CB4BD3" w:rsidP="00CB4BD3">
                                  <w:pPr>
                                    <w:pStyle w:val="NoSpacing"/>
                                    <w:jc w:val="center"/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JUDETUL OLT</w:t>
                                  </w:r>
                                </w:p>
                                <w:p w14:paraId="01F69899" w14:textId="77777777" w:rsidR="001714C0" w:rsidRPr="00F37AD5" w:rsidRDefault="001714C0" w:rsidP="001714C0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C624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8.75pt;margin-top:101.25pt;width:122.25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" filled="f" stroked="f">
                      <v:textbox inset=",0">
                        <w:txbxContent>
                          <w:p w14:paraId="7B0B778F" w14:textId="19969BA6" w:rsidR="001714C0" w:rsidRDefault="00CB4BD3" w:rsidP="00CB4BD3">
                            <w:pPr>
                              <w:pStyle w:val="NoSpacing"/>
                              <w:jc w:val="center"/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  <w:t>PRIMARIA GANEASA</w:t>
                            </w:r>
                          </w:p>
                          <w:p w14:paraId="7C375773" w14:textId="66E682AE" w:rsidR="00CB4BD3" w:rsidRPr="00CB4BD3" w:rsidRDefault="00CB4BD3" w:rsidP="00CB4BD3">
                            <w:pPr>
                              <w:pStyle w:val="NoSpacing"/>
                              <w:jc w:val="center"/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  <w:t>JUDETUL OLT</w:t>
                            </w:r>
                          </w:p>
                          <w:p w14:paraId="01F69899" w14:textId="77777777" w:rsidR="001714C0" w:rsidRPr="00F37AD5" w:rsidRDefault="001714C0" w:rsidP="001714C0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4860B4"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5150E732" wp14:editId="1510AF97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-12065</wp:posOffset>
                  </wp:positionV>
                  <wp:extent cx="971550" cy="1209675"/>
                  <wp:effectExtent l="0" t="0" r="0" b="9525"/>
                  <wp:wrapSquare wrapText="bothSides"/>
                  <wp:docPr id="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2A572490" w14:textId="77777777" w:rsidR="001714C0" w:rsidRPr="00B1462F" w:rsidRDefault="001714C0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gram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Județul  OLT</w:t>
            </w:r>
            <w:proofErr w:type="gramEnd"/>
          </w:p>
        </w:tc>
      </w:tr>
      <w:tr w:rsidR="001714C0" w:rsidRPr="00B1462F" w14:paraId="1669759C" w14:textId="77777777" w:rsidTr="00BF56D5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034F5F30" w14:textId="77777777" w:rsidR="001714C0" w:rsidRPr="00B1462F" w:rsidRDefault="001714C0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7036CB6" w14:textId="77777777" w:rsidR="001714C0" w:rsidRPr="00B1462F" w:rsidRDefault="001714C0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Autoritatea administrației publice</w:t>
            </w:r>
            <w:r w:rsidRPr="00B1462F">
              <w:rPr>
                <w:rFonts w:cs="Times New Roman"/>
                <w:color w:val="000000"/>
                <w:kern w:val="2"/>
                <w:szCs w:val="15"/>
              </w:rPr>
              <w:t xml:space="preserve"> </w:t>
            </w:r>
          </w:p>
          <w:p w14:paraId="796E4567" w14:textId="1D7148F5" w:rsidR="001714C0" w:rsidRPr="00B1462F" w:rsidRDefault="00CB4BD3" w:rsidP="00BF56D5">
            <w:pPr>
              <w:spacing w:after="200" w:line="168" w:lineRule="exac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PRIMARIA </w:t>
            </w:r>
            <w:proofErr w:type="gramStart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GANEASA,JUDETUL</w:t>
            </w:r>
            <w:proofErr w:type="gramEnd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OLT</w:t>
            </w:r>
          </w:p>
        </w:tc>
      </w:tr>
      <w:tr w:rsidR="001714C0" w:rsidRPr="00CB4BD3" w14:paraId="11E20060" w14:textId="77777777" w:rsidTr="00BF56D5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66D19871" w14:textId="77777777" w:rsidR="001714C0" w:rsidRPr="00B1462F" w:rsidRDefault="001714C0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11D21ECA" w14:textId="77777777" w:rsidR="001714C0" w:rsidRPr="00B1462F" w:rsidRDefault="001714C0" w:rsidP="00BF56D5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Cod de identificare fiscală (CIF)</w:t>
            </w:r>
            <w:r w:rsidRPr="00B1462F">
              <w:rPr>
                <w:rFonts w:cs="Times New Roman"/>
                <w:color w:val="000000"/>
                <w:kern w:val="2"/>
                <w:szCs w:val="15"/>
              </w:rPr>
              <w:t xml:space="preserve"> </w:t>
            </w:r>
          </w:p>
          <w:p w14:paraId="44F3E8E6" w14:textId="2488361B" w:rsidR="001714C0" w:rsidRPr="00B1462F" w:rsidRDefault="00CB4BD3" w:rsidP="00BF56D5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5209858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5C3A9E43" w14:textId="77777777" w:rsidR="001714C0" w:rsidRPr="00B1462F" w:rsidRDefault="001714C0" w:rsidP="00BF56D5">
            <w:pPr>
              <w:spacing w:line="168" w:lineRule="exact"/>
              <w:rPr>
                <w:rFonts w:asciiTheme="minorHAnsi" w:hAnsiTheme="minorHAnsi"/>
                <w:sz w:val="22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Adresa oficială</w:t>
            </w:r>
            <w:r w:rsidRPr="00B1462F">
              <w:rPr>
                <w:rFonts w:cs="Times New Roman"/>
                <w:color w:val="000000"/>
                <w:kern w:val="2"/>
                <w:szCs w:val="15"/>
              </w:rPr>
              <w:t xml:space="preserve"> </w:t>
            </w:r>
          </w:p>
          <w:p w14:paraId="6E527111" w14:textId="23B41996" w:rsidR="001714C0" w:rsidRPr="00CB4BD3" w:rsidRDefault="00CB4BD3" w:rsidP="00BF56D5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Comuna Ganeasa,strada Gabera,n</w:t>
            </w:r>
            <w:r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r.21</w:t>
            </w:r>
          </w:p>
          <w:p w14:paraId="6BC87FC0" w14:textId="613203D1" w:rsidR="001714C0" w:rsidRPr="00CB4BD3" w:rsidRDefault="001714C0" w:rsidP="00BF56D5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>Faz</w:t>
            </w:r>
            <w:r w:rsidR="00CB4BD3"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>/</w:t>
            </w:r>
            <w:proofErr w:type="spellStart"/>
            <w:r w:rsidR="00CB4BD3"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>tel</w:t>
            </w:r>
            <w:proofErr w:type="spellEnd"/>
            <w:r w:rsidR="00CB4BD3"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>:</w:t>
            </w: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 xml:space="preserve"> 0249/</w:t>
            </w:r>
            <w:r w:rsidR="00CB4BD3"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</w:rPr>
              <w:t>436171</w:t>
            </w:r>
          </w:p>
          <w:p w14:paraId="05D9DC38" w14:textId="2A948C37" w:rsidR="001714C0" w:rsidRPr="00CB4BD3" w:rsidRDefault="001714C0" w:rsidP="00BF56D5">
            <w:pPr>
              <w:spacing w:line="168" w:lineRule="exact"/>
              <w:rPr>
                <w:rFonts w:asciiTheme="minorHAnsi" w:hAnsiTheme="minorHAnsi"/>
                <w:sz w:val="22"/>
                <w:lang w:val="de-DE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e-mail: </w:t>
            </w:r>
            <w:r w:rsid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contact@primariaganeasa.ro</w:t>
            </w:r>
          </w:p>
        </w:tc>
      </w:tr>
      <w:tr w:rsidR="001714C0" w:rsidRPr="00B1462F" w14:paraId="0BBC382C" w14:textId="77777777" w:rsidTr="00BF56D5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263526E9" w14:textId="77777777" w:rsidR="001714C0" w:rsidRPr="00CB4BD3" w:rsidRDefault="001714C0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de-DE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60228FC9" w14:textId="1A33A558" w:rsidR="00CB4BD3" w:rsidRPr="00B1462F" w:rsidRDefault="001714C0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Număr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de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înregistrare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</w:p>
        </w:tc>
        <w:tc>
          <w:tcPr>
            <w:tcW w:w="2004" w:type="dxa"/>
            <w:shd w:val="clear" w:color="auto" w:fill="FFFFFF" w:themeFill="background1"/>
          </w:tcPr>
          <w:p w14:paraId="28F2F560" w14:textId="77777777" w:rsidR="001714C0" w:rsidRPr="00B1462F" w:rsidRDefault="001714C0" w:rsidP="00BF56D5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Data</w:t>
            </w:r>
          </w:p>
        </w:tc>
      </w:tr>
      <w:tr w:rsidR="001714C0" w:rsidRPr="00B1462F" w14:paraId="445F80A6" w14:textId="77777777" w:rsidTr="00CB4BD3">
        <w:trPr>
          <w:trHeight w:val="70"/>
        </w:trPr>
        <w:tc>
          <w:tcPr>
            <w:tcW w:w="9747" w:type="dxa"/>
            <w:gridSpan w:val="4"/>
            <w:shd w:val="clear" w:color="auto" w:fill="FFFFFF" w:themeFill="background1"/>
          </w:tcPr>
          <w:p w14:paraId="4EC3B0B9" w14:textId="77777777" w:rsidR="001714C0" w:rsidRPr="00B1462F" w:rsidRDefault="001714C0" w:rsidP="00BF56D5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se </w:t>
            </w:r>
            <w:proofErr w:type="spellStart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>completează</w:t>
            </w:r>
            <w:proofErr w:type="spellEnd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 de </w:t>
            </w:r>
            <w:proofErr w:type="spellStart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>autoritate</w:t>
            </w:r>
            <w:proofErr w:type="spellEnd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 — solicitantul nu scrie în această zonă</w:t>
            </w:r>
          </w:p>
        </w:tc>
      </w:tr>
    </w:tbl>
    <w:p w14:paraId="72E6D1D1" w14:textId="77777777" w:rsidR="001E1635" w:rsidRPr="00CB4BD3" w:rsidRDefault="001E1635">
      <w:pPr>
        <w:spacing w:line="168" w:lineRule="auto"/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258CF99" w14:textId="77777777" w:rsidR="00CB4BD3" w:rsidRPr="006257CA" w:rsidRDefault="00CB4BD3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BCE0519" w14:textId="7E350CB9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În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</w:t>
            </w:r>
            <w:r w:rsidR="00CB4BD3">
              <w:rPr>
                <w:b/>
                <w:color w:val="0D5F78"/>
              </w:rPr>
              <w:t>l</w:t>
            </w: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2B137E9F" w14:textId="77777777" w:rsidR="001E1635" w:rsidRPr="006257CA" w:rsidRDefault="00000000" w:rsidP="00CB4BD3">
      <w:pPr>
        <w:spacing w:before="80" w:after="60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Legii nr. 169/2026 privind Codul amenajării teritoriului, urbanismului și construcțiilor,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043C0D46" w14:textId="4A1FE820" w:rsidR="001E1635" w:rsidRPr="00CB4BD3" w:rsidRDefault="00CB4BD3" w:rsidP="00CB4BD3">
      <w:pPr>
        <w:spacing w:after="160"/>
        <w:rPr>
          <w:lang w:val="fr-FR"/>
        </w:rPr>
      </w:pPr>
      <w:r>
        <w:rPr>
          <w:b/>
          <w:sz w:val="20"/>
          <w:lang w:val="fr-FR"/>
        </w:rPr>
        <w:t xml:space="preserve">                      </w:t>
      </w:r>
      <w:r w:rsidR="00000000" w:rsidRPr="006257CA">
        <w:rPr>
          <w:b/>
          <w:sz w:val="20"/>
          <w:lang w:val="fr-FR"/>
        </w:rPr>
        <w:t>CERTIFICATULUI DE URBANISM</w:t>
      </w:r>
      <w:r>
        <w:rPr>
          <w:b/>
          <w:sz w:val="20"/>
          <w:lang w:val="fr-FR"/>
        </w:rPr>
        <w:t xml:space="preserve">    </w:t>
      </w:r>
      <w:r w:rsidR="00000000"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3FCB" w14:textId="77777777" w:rsidR="00C7322D" w:rsidRDefault="00C7322D">
      <w:r>
        <w:separator/>
      </w:r>
    </w:p>
  </w:endnote>
  <w:endnote w:type="continuationSeparator" w:id="0">
    <w:p w14:paraId="27A28C7F" w14:textId="77777777" w:rsidR="00C7322D" w:rsidRDefault="00C7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D83A0" w14:textId="77777777" w:rsidR="00C7322D" w:rsidRDefault="00C7322D">
      <w:r>
        <w:separator/>
      </w:r>
    </w:p>
  </w:footnote>
  <w:footnote w:type="continuationSeparator" w:id="0">
    <w:p w14:paraId="24A27137" w14:textId="77777777" w:rsidR="00C7322D" w:rsidRDefault="00C73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A23"/>
    <w:rsid w:val="0015074B"/>
    <w:rsid w:val="001714C0"/>
    <w:rsid w:val="00175692"/>
    <w:rsid w:val="001E1635"/>
    <w:rsid w:val="00200E86"/>
    <w:rsid w:val="0029639D"/>
    <w:rsid w:val="00326F90"/>
    <w:rsid w:val="00481D57"/>
    <w:rsid w:val="004F205C"/>
    <w:rsid w:val="006257CA"/>
    <w:rsid w:val="006C103E"/>
    <w:rsid w:val="009D782F"/>
    <w:rsid w:val="00A37FAC"/>
    <w:rsid w:val="00AA1D8D"/>
    <w:rsid w:val="00AC5F99"/>
    <w:rsid w:val="00B47730"/>
    <w:rsid w:val="00C7322D"/>
    <w:rsid w:val="00CB0664"/>
    <w:rsid w:val="00CB4BD3"/>
    <w:rsid w:val="00E06B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 S</cp:lastModifiedBy>
  <cp:revision>2</cp:revision>
  <dcterms:created xsi:type="dcterms:W3CDTF">2026-09-30T07:32:00Z</dcterms:created>
  <dcterms:modified xsi:type="dcterms:W3CDTF">2026-09-30T07:32:00Z</dcterms:modified>
  <cp:category/>
</cp:coreProperties>
</file>