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CD6E4A" w:rsidRPr="00B1462F" w14:paraId="07B275E9" w14:textId="77777777" w:rsidTr="00BF56D5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5ECCE6EF" w14:textId="5201F8FF" w:rsidR="00CD6E4A" w:rsidRPr="00B1462F" w:rsidRDefault="000D538A" w:rsidP="000D538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</w:pPr>
            <w:r w:rsidRPr="00B1462F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C9FF8BB" wp14:editId="6F8B672C">
                      <wp:simplePos x="0" y="0"/>
                      <wp:positionH relativeFrom="column">
                        <wp:posOffset>-111125</wp:posOffset>
                      </wp:positionH>
                      <wp:positionV relativeFrom="page">
                        <wp:posOffset>1390650</wp:posOffset>
                      </wp:positionV>
                      <wp:extent cx="1456055" cy="304800"/>
                      <wp:effectExtent l="0" t="0" r="0" b="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6055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0F62DC" w14:textId="612B2C65" w:rsidR="00CD6E4A" w:rsidRDefault="000D538A" w:rsidP="000D538A">
                                  <w:pPr>
                                    <w:pStyle w:val="NoSpacing"/>
                                    <w:rPr>
                                      <w:rStyle w:val="Emphasis"/>
                                      <w:rFonts w:ascii="Times New Roman" w:hAnsi="Times New Roman" w:cs="Times New Roman"/>
                                      <w:b/>
                                      <w:bCs/>
                                      <w:color w:val="4F81BD" w:themeColor="accent1"/>
                                      <w:sz w:val="16"/>
                                      <w:szCs w:val="16"/>
                                      <w:lang w:val="ro-RO"/>
                                    </w:rPr>
                                  </w:pPr>
                                  <w:r>
                                    <w:rPr>
                                      <w:rStyle w:val="Emphasis"/>
                                      <w:rFonts w:ascii="Times New Roman" w:hAnsi="Times New Roman" w:cs="Times New Roman"/>
                                      <w:b/>
                                      <w:bCs/>
                                      <w:color w:val="4F81BD" w:themeColor="accent1"/>
                                      <w:sz w:val="16"/>
                                      <w:szCs w:val="16"/>
                                      <w:lang w:val="ro-RO"/>
                                    </w:rPr>
                                    <w:t xml:space="preserve">        PRIMARIA GANEASA</w:t>
                                  </w:r>
                                </w:p>
                                <w:p w14:paraId="5FA766CF" w14:textId="166EE919" w:rsidR="000D538A" w:rsidRPr="000D538A" w:rsidRDefault="000D538A" w:rsidP="000D538A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color w:val="4F81BD" w:themeColor="accent1"/>
                                      <w:sz w:val="16"/>
                                      <w:szCs w:val="16"/>
                                      <w:lang w:val="ro-RO"/>
                                    </w:rPr>
                                  </w:pPr>
                                  <w:r>
                                    <w:rPr>
                                      <w:rStyle w:val="Emphasis"/>
                                      <w:rFonts w:ascii="Times New Roman" w:hAnsi="Times New Roman" w:cs="Times New Roman"/>
                                      <w:b/>
                                      <w:bCs/>
                                      <w:color w:val="4F81BD" w:themeColor="accent1"/>
                                      <w:sz w:val="16"/>
                                      <w:szCs w:val="16"/>
                                      <w:lang w:val="ro-RO"/>
                                    </w:rPr>
                                    <w:t xml:space="preserve">               JUDETUL OLT</w:t>
                                  </w: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9FF8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8.75pt;margin-top:109.5pt;width:114.65pt;height:2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" filled="f" stroked="f">
                      <v:textbox inset=",0">
                        <w:txbxContent>
                          <w:p w14:paraId="5A0F62DC" w14:textId="612B2C65" w:rsidR="00CD6E4A" w:rsidRDefault="000D538A" w:rsidP="000D538A">
                            <w:pPr>
                              <w:pStyle w:val="NoSpacing"/>
                              <w:rPr>
                                <w:rStyle w:val="Emphasis"/>
                                <w:rFonts w:ascii="Times New Roman" w:hAnsi="Times New Roman" w:cs="Times New Roman"/>
                                <w:b/>
                                <w:bCs/>
                                <w:color w:val="4F81BD" w:themeColor="accent1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Style w:val="Emphasis"/>
                                <w:rFonts w:ascii="Times New Roman" w:hAnsi="Times New Roman" w:cs="Times New Roman"/>
                                <w:b/>
                                <w:bCs/>
                                <w:color w:val="4F81BD" w:themeColor="accent1"/>
                                <w:sz w:val="16"/>
                                <w:szCs w:val="16"/>
                                <w:lang w:val="ro-RO"/>
                              </w:rPr>
                              <w:t xml:space="preserve">        PRIMARIA GANEASA</w:t>
                            </w:r>
                          </w:p>
                          <w:p w14:paraId="5FA766CF" w14:textId="166EE919" w:rsidR="000D538A" w:rsidRPr="000D538A" w:rsidRDefault="000D538A" w:rsidP="000D538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4F81BD" w:themeColor="accent1"/>
                                <w:sz w:val="16"/>
                                <w:szCs w:val="16"/>
                                <w:lang w:val="ro-RO"/>
                              </w:rPr>
                            </w:pPr>
                            <w:r>
                              <w:rPr>
                                <w:rStyle w:val="Emphasis"/>
                                <w:rFonts w:ascii="Times New Roman" w:hAnsi="Times New Roman" w:cs="Times New Roman"/>
                                <w:b/>
                                <w:bCs/>
                                <w:color w:val="4F81BD" w:themeColor="accent1"/>
                                <w:sz w:val="16"/>
                                <w:szCs w:val="16"/>
                                <w:lang w:val="ro-RO"/>
                              </w:rPr>
                              <w:t xml:space="preserve">               JUDETUL OLT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4860B4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C4F3A08" wp14:editId="232015D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28575</wp:posOffset>
                  </wp:positionV>
                  <wp:extent cx="1195705" cy="1342390"/>
                  <wp:effectExtent l="0" t="0" r="4445" b="0"/>
                  <wp:wrapSquare wrapText="bothSides"/>
                  <wp:docPr id="5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705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  <w:t xml:space="preserve"> </w:t>
            </w: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75C45309" w14:textId="77777777" w:rsidR="00CD6E4A" w:rsidRPr="00B1462F" w:rsidRDefault="00CD6E4A" w:rsidP="00BF56D5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</w:rPr>
            </w:pPr>
            <w:proofErr w:type="gram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Județul  OLT</w:t>
            </w:r>
            <w:proofErr w:type="gramEnd"/>
          </w:p>
        </w:tc>
      </w:tr>
      <w:tr w:rsidR="00CD6E4A" w:rsidRPr="00B1462F" w14:paraId="3E61E1DC" w14:textId="77777777" w:rsidTr="00BF56D5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64622603" w14:textId="77777777" w:rsidR="00CD6E4A" w:rsidRPr="00B1462F" w:rsidRDefault="00CD6E4A" w:rsidP="00BF56D5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153D05FB" w14:textId="77777777" w:rsidR="00CD6E4A" w:rsidRDefault="00CD6E4A" w:rsidP="00BF56D5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</w:rPr>
            </w:pPr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Autoritatea administrației publice</w:t>
            </w:r>
            <w:r w:rsidRPr="00B1462F">
              <w:rPr>
                <w:rFonts w:cs="Times New Roman"/>
                <w:color w:val="000000"/>
                <w:kern w:val="2"/>
                <w:szCs w:val="15"/>
              </w:rPr>
              <w:t xml:space="preserve"> </w:t>
            </w:r>
          </w:p>
          <w:p w14:paraId="0C47ED28" w14:textId="5D66C49F" w:rsidR="000D538A" w:rsidRPr="000D538A" w:rsidRDefault="000D538A" w:rsidP="00BF56D5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PRIMARIA </w:t>
            </w:r>
            <w:proofErr w:type="gramStart"/>
            <w:r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GANERASA,JUDETUL</w:t>
            </w:r>
            <w:proofErr w:type="gramEnd"/>
            <w:r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OLT</w:t>
            </w:r>
          </w:p>
        </w:tc>
      </w:tr>
      <w:tr w:rsidR="00CD6E4A" w:rsidRPr="000D538A" w14:paraId="59DF2186" w14:textId="77777777" w:rsidTr="00BF56D5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4C2295F4" w14:textId="77777777" w:rsidR="00CD6E4A" w:rsidRPr="00B1462F" w:rsidRDefault="00CD6E4A" w:rsidP="00BF56D5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47E70446" w14:textId="77777777" w:rsidR="00CD6E4A" w:rsidRDefault="00CD6E4A" w:rsidP="00BF56D5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</w:rPr>
            </w:pPr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Cod de </w:t>
            </w:r>
            <w:proofErr w:type="spell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identificare</w:t>
            </w:r>
            <w:proofErr w:type="spellEnd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</w:t>
            </w:r>
            <w:proofErr w:type="spell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fiscală</w:t>
            </w:r>
            <w:proofErr w:type="spellEnd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(CIF)</w:t>
            </w:r>
            <w:r w:rsidR="000D538A">
              <w:rPr>
                <w:rFonts w:cs="Times New Roman"/>
                <w:color w:val="000000"/>
                <w:kern w:val="2"/>
                <w:szCs w:val="15"/>
              </w:rPr>
              <w:t>:</w:t>
            </w:r>
          </w:p>
          <w:p w14:paraId="4D41507C" w14:textId="45F7E207" w:rsidR="000D538A" w:rsidRPr="000D538A" w:rsidRDefault="000D538A" w:rsidP="00BF56D5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</w:rPr>
            </w:pPr>
            <w:r>
              <w:rPr>
                <w:rFonts w:cs="Times New Roman"/>
                <w:color w:val="000000"/>
                <w:kern w:val="2"/>
                <w:szCs w:val="15"/>
              </w:rPr>
              <w:t xml:space="preserve">                      5209858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5DB970DF" w14:textId="77777777" w:rsidR="00CD6E4A" w:rsidRPr="000D538A" w:rsidRDefault="00CD6E4A" w:rsidP="00BF56D5">
            <w:pPr>
              <w:spacing w:line="168" w:lineRule="exact"/>
              <w:rPr>
                <w:rFonts w:asciiTheme="minorHAnsi" w:hAnsiTheme="minorHAnsi"/>
                <w:sz w:val="22"/>
                <w:lang w:val="de-DE"/>
              </w:rPr>
            </w:pPr>
            <w:r w:rsidRPr="000D538A">
              <w:rPr>
                <w:rFonts w:cs="Times New Roman"/>
                <w:b/>
                <w:bCs/>
                <w:color w:val="0D5F78"/>
                <w:kern w:val="2"/>
                <w:szCs w:val="15"/>
                <w:lang w:val="de-DE"/>
              </w:rPr>
              <w:t>Adresa oficială</w:t>
            </w:r>
            <w:r w:rsidRPr="000D538A">
              <w:rPr>
                <w:rFonts w:cs="Times New Roman"/>
                <w:color w:val="000000"/>
                <w:kern w:val="2"/>
                <w:szCs w:val="15"/>
                <w:lang w:val="de-DE"/>
              </w:rPr>
              <w:t xml:space="preserve"> </w:t>
            </w:r>
          </w:p>
          <w:p w14:paraId="2ED342D6" w14:textId="7F03A861" w:rsidR="000D538A" w:rsidRPr="00CB4BD3" w:rsidRDefault="00CD6E4A" w:rsidP="000D538A">
            <w:pPr>
              <w:spacing w:line="168" w:lineRule="exact"/>
              <w:rPr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</w:pPr>
            <w:r w:rsidRPr="000D538A">
              <w:rPr>
                <w:rFonts w:cs="Times New Roman"/>
                <w:color w:val="000000"/>
                <w:kern w:val="2"/>
                <w:szCs w:val="15"/>
                <w:lang w:val="de-DE"/>
              </w:rPr>
              <w:t xml:space="preserve"> </w:t>
            </w:r>
            <w:r w:rsidR="000D538A" w:rsidRPr="00CB4BD3">
              <w:rPr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 xml:space="preserve"> </w:t>
            </w:r>
            <w:r w:rsidR="000D538A" w:rsidRPr="00CB4BD3">
              <w:rPr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>Comuna Ganeasa,strada Gabera,n</w:t>
            </w:r>
            <w:r w:rsidR="000D538A">
              <w:rPr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>r.21</w:t>
            </w:r>
          </w:p>
          <w:p w14:paraId="79B7CC8D" w14:textId="77777777" w:rsidR="000D538A" w:rsidRPr="000D538A" w:rsidRDefault="000D538A" w:rsidP="000D538A">
            <w:pPr>
              <w:spacing w:line="168" w:lineRule="exact"/>
              <w:rPr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</w:pPr>
            <w:r w:rsidRPr="000D538A">
              <w:rPr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>Faz/tel: 0249/436171</w:t>
            </w:r>
          </w:p>
          <w:p w14:paraId="0534E919" w14:textId="1B2F4200" w:rsidR="00CD6E4A" w:rsidRPr="000D538A" w:rsidRDefault="000D538A" w:rsidP="000D538A">
            <w:pPr>
              <w:spacing w:line="168" w:lineRule="exact"/>
              <w:rPr>
                <w:rFonts w:asciiTheme="minorHAnsi" w:hAnsiTheme="minorHAnsi"/>
                <w:sz w:val="22"/>
                <w:lang w:val="de-DE"/>
              </w:rPr>
            </w:pPr>
            <w:r w:rsidRPr="00CB4BD3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 xml:space="preserve">e-mail: </w:t>
            </w:r>
            <w:r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de-DE"/>
              </w:rPr>
              <w:t>contact@primariaganeasa.ro</w:t>
            </w:r>
          </w:p>
        </w:tc>
      </w:tr>
      <w:tr w:rsidR="00CD6E4A" w:rsidRPr="00B1462F" w14:paraId="54E0F785" w14:textId="77777777" w:rsidTr="00BF56D5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6015E96B" w14:textId="77777777" w:rsidR="00CD6E4A" w:rsidRPr="000D538A" w:rsidRDefault="00CD6E4A" w:rsidP="00BF56D5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de-DE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43A8A29C" w14:textId="01B731DC" w:rsidR="000D538A" w:rsidRPr="00B1462F" w:rsidRDefault="00CD6E4A" w:rsidP="00BF56D5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</w:rPr>
            </w:pPr>
            <w:proofErr w:type="spell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Număr</w:t>
            </w:r>
            <w:proofErr w:type="spellEnd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 xml:space="preserve"> de </w:t>
            </w:r>
            <w:proofErr w:type="spellStart"/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înregistrare</w:t>
            </w:r>
            <w:proofErr w:type="spellEnd"/>
            <w:r w:rsidR="000D538A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:</w:t>
            </w:r>
          </w:p>
        </w:tc>
        <w:tc>
          <w:tcPr>
            <w:tcW w:w="2004" w:type="dxa"/>
            <w:shd w:val="clear" w:color="auto" w:fill="FFFFFF" w:themeFill="background1"/>
          </w:tcPr>
          <w:p w14:paraId="3773145D" w14:textId="77777777" w:rsidR="00CD6E4A" w:rsidRPr="00B1462F" w:rsidRDefault="00CD6E4A" w:rsidP="00BF56D5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</w:rPr>
            </w:pPr>
            <w:r w:rsidRPr="00B1462F">
              <w:rPr>
                <w:rFonts w:cs="Times New Roman"/>
                <w:b/>
                <w:bCs/>
                <w:color w:val="0D5F78"/>
                <w:kern w:val="2"/>
                <w:szCs w:val="15"/>
              </w:rPr>
              <w:t>Data</w:t>
            </w:r>
          </w:p>
        </w:tc>
      </w:tr>
      <w:tr w:rsidR="00CD6E4A" w:rsidRPr="00B1462F" w14:paraId="58D359C1" w14:textId="77777777" w:rsidTr="00BF56D5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55848AF2" w14:textId="77777777" w:rsidR="00CD6E4A" w:rsidRPr="00B1462F" w:rsidRDefault="00CD6E4A" w:rsidP="00BF56D5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</w:rPr>
            </w:pPr>
            <w:r w:rsidRPr="00B1462F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</w:rPr>
              <w:t>se completează de autoritate — solicitantul nu scrie în această zonă</w:t>
            </w:r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Pr="000D538A" w:rsidRDefault="00000000">
      <w:pPr>
        <w:spacing w:before="80" w:after="60"/>
        <w:jc w:val="center"/>
        <w:rPr>
          <w:b/>
          <w:bCs/>
        </w:rPr>
      </w:pPr>
      <w:r w:rsidRPr="000D538A">
        <w:rPr>
          <w:b/>
          <w:bCs/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Pr="000D538A" w:rsidRDefault="00000000">
      <w:pPr>
        <w:spacing w:before="80" w:after="60"/>
        <w:jc w:val="center"/>
        <w:rPr>
          <w:b/>
          <w:bCs/>
          <w:color w:val="000000"/>
          <w:sz w:val="18"/>
          <w:lang w:val="fr-FR"/>
        </w:rPr>
      </w:pPr>
      <w:proofErr w:type="gramStart"/>
      <w:r w:rsidRPr="000D538A">
        <w:rPr>
          <w:b/>
          <w:bCs/>
          <w:sz w:val="18"/>
          <w:lang w:val="fr-FR"/>
        </w:rPr>
        <w:t>solicit</w:t>
      </w:r>
      <w:proofErr w:type="gramEnd"/>
      <w:r w:rsidRPr="000D538A">
        <w:rPr>
          <w:b/>
          <w:bCs/>
          <w:sz w:val="18"/>
          <w:lang w:val="fr-FR"/>
        </w:rPr>
        <w:t xml:space="preserve"> prelungirea valabilității</w:t>
      </w:r>
      <w:r w:rsidR="00004412" w:rsidRPr="000D538A">
        <w:rPr>
          <w:b/>
          <w:bCs/>
          <w:color w:val="000000"/>
          <w:sz w:val="18"/>
          <w:lang w:val="fr-FR"/>
        </w:rPr>
        <w:t xml:space="preserve"> </w:t>
      </w:r>
    </w:p>
    <w:p w14:paraId="077ADEDA" w14:textId="5045CE9D" w:rsidR="00377113" w:rsidRDefault="00004412">
      <w:pPr>
        <w:spacing w:before="80" w:after="60"/>
        <w:jc w:val="center"/>
        <w:rPr>
          <w:b/>
          <w:color w:val="000000"/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p w14:paraId="66FE022E" w14:textId="77777777" w:rsidR="000D538A" w:rsidRPr="00004412" w:rsidRDefault="000D538A">
      <w:pPr>
        <w:spacing w:before="80" w:after="60"/>
        <w:jc w:val="center"/>
        <w:rPr>
          <w:sz w:val="20"/>
          <w:szCs w:val="20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6885037" w14:textId="77777777" w:rsidR="00377113" w:rsidRDefault="00377113"/>
          <w:p w14:paraId="67CF2F87" w14:textId="77777777" w:rsidR="000D538A" w:rsidRDefault="000D538A"/>
          <w:p w14:paraId="6A473B37" w14:textId="77777777" w:rsidR="000D538A" w:rsidRDefault="000D538A"/>
          <w:p w14:paraId="2534047E" w14:textId="77777777" w:rsidR="000D538A" w:rsidRDefault="000D538A"/>
          <w:p w14:paraId="3FD19E67" w14:textId="77777777" w:rsidR="000D538A" w:rsidRDefault="000D538A"/>
          <w:p w14:paraId="6A45905A" w14:textId="77777777" w:rsidR="000D538A" w:rsidRDefault="000D538A"/>
        </w:tc>
        <w:tc>
          <w:tcPr>
            <w:tcW w:w="4818" w:type="dxa"/>
          </w:tcPr>
          <w:p w14:paraId="09BFB97F" w14:textId="77777777" w:rsidR="00377113" w:rsidRDefault="00000000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89F62" w14:textId="77777777" w:rsidR="00BC1ADA" w:rsidRDefault="00BC1ADA">
      <w:r>
        <w:separator/>
      </w:r>
    </w:p>
  </w:endnote>
  <w:endnote w:type="continuationSeparator" w:id="0">
    <w:p w14:paraId="7D2D6A5B" w14:textId="77777777" w:rsidR="00BC1ADA" w:rsidRDefault="00BC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Footer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B0A2D" w14:textId="77777777" w:rsidR="00BC1ADA" w:rsidRDefault="00BC1ADA">
      <w:r>
        <w:separator/>
      </w:r>
    </w:p>
  </w:footnote>
  <w:footnote w:type="continuationSeparator" w:id="0">
    <w:p w14:paraId="2100C029" w14:textId="77777777" w:rsidR="00BC1ADA" w:rsidRDefault="00BC1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412"/>
    <w:rsid w:val="00034616"/>
    <w:rsid w:val="0006063C"/>
    <w:rsid w:val="000D538A"/>
    <w:rsid w:val="0015074B"/>
    <w:rsid w:val="001A661C"/>
    <w:rsid w:val="00200236"/>
    <w:rsid w:val="0029639D"/>
    <w:rsid w:val="00326F90"/>
    <w:rsid w:val="00343BBA"/>
    <w:rsid w:val="00377113"/>
    <w:rsid w:val="003B673F"/>
    <w:rsid w:val="00481D57"/>
    <w:rsid w:val="004F205C"/>
    <w:rsid w:val="006106A3"/>
    <w:rsid w:val="006C103E"/>
    <w:rsid w:val="00AA1D8D"/>
    <w:rsid w:val="00B47730"/>
    <w:rsid w:val="00BC1ADA"/>
    <w:rsid w:val="00CB0664"/>
    <w:rsid w:val="00CD60E9"/>
    <w:rsid w:val="00CD6E4A"/>
    <w:rsid w:val="00E06B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 S</cp:lastModifiedBy>
  <cp:revision>2</cp:revision>
  <dcterms:created xsi:type="dcterms:W3CDTF">2026-09-30T07:59:00Z</dcterms:created>
  <dcterms:modified xsi:type="dcterms:W3CDTF">2026-09-30T07:59:00Z</dcterms:modified>
  <cp:category/>
</cp:coreProperties>
</file>