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5BB70" w14:textId="0D9AE085" w:rsidR="00E25052" w:rsidRPr="00F801F2" w:rsidRDefault="00E25052">
      <w:pPr>
        <w:spacing w:line="168" w:lineRule="auto"/>
        <w:rPr>
          <w:lang w:val="fr-FR"/>
        </w:rPr>
      </w:pPr>
    </w:p>
    <w:tbl>
      <w:tblPr>
        <w:tblpPr w:leftFromText="180" w:rightFromText="180" w:vertAnchor="text" w:horzAnchor="margin" w:tblpY="3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288"/>
      </w:tblGrid>
      <w:tr w:rsidR="006A2BEF" w:rsidRPr="00B1462F" w14:paraId="2882E358" w14:textId="77777777" w:rsidTr="006A2BEF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5313F1D8" w14:textId="46511946" w:rsidR="006A2BEF" w:rsidRPr="00B1462F" w:rsidRDefault="006A2BEF" w:rsidP="006A2BEF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  <w:r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  <w:t xml:space="preserve"> </w:t>
            </w:r>
          </w:p>
          <w:p w14:paraId="3F31D8F0" w14:textId="77777777" w:rsidR="006A2BEF" w:rsidRPr="00B1462F" w:rsidRDefault="006A2BEF" w:rsidP="006A2BEF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</w:p>
          <w:p w14:paraId="765C577C" w14:textId="30435B1D" w:rsidR="006A2BEF" w:rsidRPr="00B1462F" w:rsidRDefault="006A2BEF" w:rsidP="006A2BEF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DEF1B36" wp14:editId="41629AE5">
                      <wp:simplePos x="0" y="0"/>
                      <wp:positionH relativeFrom="column">
                        <wp:posOffset>22860</wp:posOffset>
                      </wp:positionH>
                      <wp:positionV relativeFrom="page">
                        <wp:posOffset>1336040</wp:posOffset>
                      </wp:positionV>
                      <wp:extent cx="1322705" cy="352425"/>
                      <wp:effectExtent l="0" t="0" r="0" b="9525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270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01395A" w14:textId="77777777" w:rsidR="006A2BEF" w:rsidRDefault="006A2BEF" w:rsidP="006A2BEF">
                                  <w:pPr>
                                    <w:pStyle w:val="NoSpacing"/>
                                    <w:jc w:val="center"/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  <w:lang w:val="ro-RO"/>
                                    </w:rPr>
                                  </w:pPr>
                                  <w:r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  <w:lang w:val="ro-RO"/>
                                    </w:rPr>
                                    <w:t>PRIMARIA GANEASA</w:t>
                                  </w:r>
                                </w:p>
                                <w:p w14:paraId="7D020F5A" w14:textId="77777777" w:rsidR="006A2BEF" w:rsidRPr="006A2BEF" w:rsidRDefault="006A2BEF" w:rsidP="006A2BEF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color w:val="4F81BD" w:themeColor="accent1"/>
                                      <w:sz w:val="16"/>
                                      <w:szCs w:val="16"/>
                                      <w:lang w:val="ro-RO"/>
                                    </w:rPr>
                                  </w:pPr>
                                  <w:r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  <w:lang w:val="ro-RO"/>
                                    </w:rPr>
                                    <w:t xml:space="preserve">          JUDETUL OLT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F1B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1.8pt;margin-top:105.2pt;width:104.15pt;height:27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" filled="f" stroked="f">
                      <v:textbox inset=",0">
                        <w:txbxContent>
                          <w:p w14:paraId="4F01395A" w14:textId="77777777" w:rsidR="006A2BEF" w:rsidRDefault="006A2BEF" w:rsidP="006A2BEF">
                            <w:pPr>
                              <w:pStyle w:val="NoSpacing"/>
                              <w:jc w:val="center"/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  <w:lang w:val="ro-RO"/>
                              </w:rPr>
                              <w:t>PRIMARIA GANEASA</w:t>
                            </w:r>
                          </w:p>
                          <w:p w14:paraId="7D020F5A" w14:textId="77777777" w:rsidR="006A2BEF" w:rsidRPr="006A2BEF" w:rsidRDefault="006A2BEF" w:rsidP="006A2BE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4F81BD" w:themeColor="accen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  <w:lang w:val="ro-RO"/>
                              </w:rPr>
                              <w:t xml:space="preserve">          JUDETUL OLT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675" w:type="dxa"/>
            <w:gridSpan w:val="3"/>
            <w:shd w:val="clear" w:color="auto" w:fill="FFFFFF" w:themeFill="background1"/>
          </w:tcPr>
          <w:p w14:paraId="4F952A41" w14:textId="77777777" w:rsidR="006A2BEF" w:rsidRPr="00B1462F" w:rsidRDefault="006A2BEF" w:rsidP="006A2BEF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proofErr w:type="spellStart"/>
            <w:proofErr w:type="gram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Județul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 OLT</w:t>
            </w:r>
            <w:proofErr w:type="gramEnd"/>
          </w:p>
        </w:tc>
      </w:tr>
      <w:tr w:rsidR="006A2BEF" w:rsidRPr="00B1462F" w14:paraId="0C148F1D" w14:textId="77777777" w:rsidTr="006A2BEF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405877BE" w14:textId="77777777" w:rsidR="006A2BEF" w:rsidRPr="00B1462F" w:rsidRDefault="006A2BEF" w:rsidP="006A2BEF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7675" w:type="dxa"/>
            <w:gridSpan w:val="3"/>
            <w:shd w:val="clear" w:color="auto" w:fill="FFFFFF" w:themeFill="background1"/>
          </w:tcPr>
          <w:p w14:paraId="1CF68686" w14:textId="77777777" w:rsidR="006A2BEF" w:rsidRPr="00B1462F" w:rsidRDefault="006A2BEF" w:rsidP="006A2BEF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Autoritatea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administrației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publice</w:t>
            </w:r>
            <w:proofErr w:type="spellEnd"/>
            <w:r w:rsidRPr="00B1462F">
              <w:rPr>
                <w:rFonts w:cs="Times New Roman"/>
                <w:color w:val="000000"/>
                <w:kern w:val="2"/>
                <w:szCs w:val="15"/>
              </w:rPr>
              <w:t xml:space="preserve"> </w:t>
            </w:r>
          </w:p>
          <w:p w14:paraId="389375A2" w14:textId="77777777" w:rsidR="006A2BEF" w:rsidRPr="00B1462F" w:rsidRDefault="006A2BEF" w:rsidP="006A2BEF">
            <w:pPr>
              <w:spacing w:after="200" w:line="168" w:lineRule="exact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PRIMARIA </w:t>
            </w:r>
            <w:proofErr w:type="gramStart"/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GANEASA,JUDETUL</w:t>
            </w:r>
            <w:proofErr w:type="gramEnd"/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OLT</w:t>
            </w:r>
          </w:p>
        </w:tc>
      </w:tr>
      <w:tr w:rsidR="006A2BEF" w:rsidRPr="006A2BEF" w14:paraId="7AFC2EE0" w14:textId="77777777" w:rsidTr="006A2BEF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0BC2F50D" w14:textId="77777777" w:rsidR="006A2BEF" w:rsidRPr="00B1462F" w:rsidRDefault="006A2BEF" w:rsidP="006A2BEF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513F98F6" w14:textId="77777777" w:rsidR="006A2BEF" w:rsidRDefault="006A2BEF" w:rsidP="006A2BEF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Cod de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identificare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fiscală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(CIF)</w:t>
            </w:r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</w:t>
            </w:r>
          </w:p>
          <w:p w14:paraId="0FDBF9C6" w14:textId="77777777" w:rsidR="006A2BEF" w:rsidRPr="006A2BEF" w:rsidRDefault="006A2BEF" w:rsidP="006A2BEF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            5209858</w:t>
            </w:r>
          </w:p>
        </w:tc>
        <w:tc>
          <w:tcPr>
            <w:tcW w:w="3958" w:type="dxa"/>
            <w:gridSpan w:val="2"/>
            <w:shd w:val="clear" w:color="auto" w:fill="FFFFFF" w:themeFill="background1"/>
          </w:tcPr>
          <w:p w14:paraId="0509E3B2" w14:textId="77777777" w:rsidR="006A2BEF" w:rsidRPr="006A2BEF" w:rsidRDefault="006A2BEF" w:rsidP="006A2BEF">
            <w:pPr>
              <w:spacing w:line="168" w:lineRule="exact"/>
              <w:rPr>
                <w:rFonts w:asciiTheme="minorHAnsi" w:hAnsiTheme="minorHAnsi"/>
                <w:sz w:val="22"/>
                <w:lang w:val="de-DE"/>
              </w:rPr>
            </w:pPr>
            <w:r w:rsidRPr="006A2BEF">
              <w:rPr>
                <w:rFonts w:cs="Times New Roman"/>
                <w:b/>
                <w:bCs/>
                <w:color w:val="0D5F78"/>
                <w:kern w:val="2"/>
                <w:szCs w:val="15"/>
                <w:lang w:val="de-DE"/>
              </w:rPr>
              <w:t>Adresa oficială</w:t>
            </w:r>
            <w:r w:rsidRPr="006A2BEF">
              <w:rPr>
                <w:rFonts w:cs="Times New Roman"/>
                <w:color w:val="000000"/>
                <w:kern w:val="2"/>
                <w:szCs w:val="15"/>
                <w:lang w:val="de-DE"/>
              </w:rPr>
              <w:t xml:space="preserve"> </w:t>
            </w:r>
          </w:p>
          <w:p w14:paraId="6770D112" w14:textId="77777777" w:rsidR="006A2BEF" w:rsidRPr="00CB4BD3" w:rsidRDefault="006A2BEF" w:rsidP="006A2BEF">
            <w:pPr>
              <w:spacing w:line="168" w:lineRule="exact"/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</w:pPr>
            <w:r w:rsidRPr="006A2BEF">
              <w:rPr>
                <w:rFonts w:cs="Times New Roman"/>
                <w:color w:val="000000"/>
                <w:kern w:val="2"/>
                <w:szCs w:val="15"/>
                <w:lang w:val="de-DE"/>
              </w:rPr>
              <w:t xml:space="preserve"> </w:t>
            </w:r>
            <w:r w:rsidRPr="00CB4BD3"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 xml:space="preserve"> Comuna Ganeasa,strada Gabera,n</w:t>
            </w:r>
            <w:r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r.21</w:t>
            </w:r>
          </w:p>
          <w:p w14:paraId="6E117C39" w14:textId="77777777" w:rsidR="006A2BEF" w:rsidRPr="006A2BEF" w:rsidRDefault="006A2BEF" w:rsidP="006A2BEF">
            <w:pPr>
              <w:spacing w:line="168" w:lineRule="exact"/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</w:pPr>
            <w:r w:rsidRPr="006A2BEF"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Faz/tel: 0249/436171</w:t>
            </w:r>
          </w:p>
          <w:p w14:paraId="2FD78AFF" w14:textId="77777777" w:rsidR="006A2BEF" w:rsidRPr="006A2BEF" w:rsidRDefault="006A2BEF" w:rsidP="006A2BEF">
            <w:pPr>
              <w:spacing w:line="168" w:lineRule="exact"/>
              <w:rPr>
                <w:rFonts w:asciiTheme="minorHAnsi" w:hAnsiTheme="minorHAnsi"/>
                <w:sz w:val="22"/>
                <w:lang w:val="de-DE"/>
              </w:rPr>
            </w:pPr>
            <w:r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 xml:space="preserve">e-mail: </w:t>
            </w:r>
            <w:r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contact@primariaganeasa.ro</w:t>
            </w:r>
          </w:p>
        </w:tc>
      </w:tr>
      <w:tr w:rsidR="006A2BEF" w:rsidRPr="00B1462F" w14:paraId="1B2D0C85" w14:textId="77777777" w:rsidTr="006A2BEF">
        <w:trPr>
          <w:trHeight w:val="673"/>
        </w:trPr>
        <w:tc>
          <w:tcPr>
            <w:tcW w:w="2356" w:type="dxa"/>
            <w:vMerge/>
            <w:shd w:val="clear" w:color="auto" w:fill="FFFFFF" w:themeFill="background1"/>
          </w:tcPr>
          <w:p w14:paraId="379F4A33" w14:textId="77777777" w:rsidR="006A2BEF" w:rsidRPr="006A2BEF" w:rsidRDefault="006A2BEF" w:rsidP="006A2BEF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de-DE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74EE660F" w14:textId="77777777" w:rsidR="006A2BEF" w:rsidRPr="00B1462F" w:rsidRDefault="006A2BEF" w:rsidP="006A2BEF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Număr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de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înregistrare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</w:t>
            </w:r>
          </w:p>
        </w:tc>
        <w:tc>
          <w:tcPr>
            <w:tcW w:w="2288" w:type="dxa"/>
            <w:shd w:val="clear" w:color="auto" w:fill="FFFFFF" w:themeFill="background1"/>
          </w:tcPr>
          <w:p w14:paraId="78CE3DFD" w14:textId="77777777" w:rsidR="006A2BEF" w:rsidRPr="00B1462F" w:rsidRDefault="006A2BEF" w:rsidP="006A2BEF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Data</w:t>
            </w:r>
          </w:p>
        </w:tc>
      </w:tr>
      <w:tr w:rsidR="006A2BEF" w:rsidRPr="00B1462F" w14:paraId="5EC67122" w14:textId="77777777" w:rsidTr="006A2BEF">
        <w:trPr>
          <w:trHeight w:val="239"/>
        </w:trPr>
        <w:tc>
          <w:tcPr>
            <w:tcW w:w="10031" w:type="dxa"/>
            <w:gridSpan w:val="4"/>
            <w:shd w:val="clear" w:color="auto" w:fill="FFFFFF" w:themeFill="background1"/>
          </w:tcPr>
          <w:p w14:paraId="2A461CAA" w14:textId="77777777" w:rsidR="006A2BEF" w:rsidRPr="00B1462F" w:rsidRDefault="006A2BEF" w:rsidP="006A2BEF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 xml:space="preserve">se </w:t>
            </w:r>
            <w:proofErr w:type="spellStart"/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>completează</w:t>
            </w:r>
            <w:proofErr w:type="spellEnd"/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 xml:space="preserve"> de </w:t>
            </w:r>
            <w:proofErr w:type="spellStart"/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>autoritate</w:t>
            </w:r>
            <w:proofErr w:type="spellEnd"/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 xml:space="preserve"> — solicitantul nu scrie în această zonă</w:t>
            </w:r>
          </w:p>
        </w:tc>
      </w:tr>
    </w:tbl>
    <w:p w14:paraId="19E46984" w14:textId="29CA3EBC" w:rsidR="00E25052" w:rsidRPr="0021562A" w:rsidRDefault="006A2BEF" w:rsidP="006A2BEF">
      <w:pPr>
        <w:spacing w:before="140" w:after="40"/>
        <w:rPr>
          <w:sz w:val="28"/>
          <w:szCs w:val="28"/>
        </w:rPr>
      </w:pPr>
      <w:r w:rsidRPr="004860B4">
        <w:rPr>
          <w:noProof/>
        </w:rPr>
        <w:drawing>
          <wp:anchor distT="0" distB="0" distL="114300" distR="114300" simplePos="0" relativeHeight="251668992" behindDoc="0" locked="0" layoutInCell="1" allowOverlap="1" wp14:anchorId="44A11A72" wp14:editId="46388219">
            <wp:simplePos x="0" y="0"/>
            <wp:positionH relativeFrom="column">
              <wp:posOffset>153670</wp:posOffset>
            </wp:positionH>
            <wp:positionV relativeFrom="paragraph">
              <wp:posOffset>144780</wp:posOffset>
            </wp:positionV>
            <wp:extent cx="971550" cy="1228725"/>
            <wp:effectExtent l="0" t="0" r="0" b="9525"/>
            <wp:wrapSquare wrapText="bothSides"/>
            <wp:docPr id="5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                                                     </w:t>
      </w:r>
      <w:r w:rsidR="00000000"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1003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031"/>
      </w:tblGrid>
      <w:tr w:rsidR="00E25052" w14:paraId="4E6B3EF6" w14:textId="77777777" w:rsidTr="006A2BEF">
        <w:trPr>
          <w:cantSplit/>
        </w:trPr>
        <w:tc>
          <w:tcPr>
            <w:tcW w:w="10031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 w:rsidTr="006A2BEF">
        <w:trPr>
          <w:cantSplit/>
          <w:trHeight w:val="510"/>
        </w:trPr>
        <w:tc>
          <w:tcPr>
            <w:tcW w:w="10031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Instituția</w:t>
            </w:r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 w:rsidTr="006A2BEF">
        <w:trPr>
          <w:cantSplit/>
        </w:trPr>
        <w:tc>
          <w:tcPr>
            <w:tcW w:w="10031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r w:rsidRPr="00F801F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1003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001"/>
      </w:tblGrid>
      <w:tr w:rsidR="00E25052" w14:paraId="47E632BE" w14:textId="77777777" w:rsidTr="006A2BEF">
        <w:trPr>
          <w:cantSplit/>
        </w:trPr>
        <w:tc>
          <w:tcPr>
            <w:tcW w:w="10031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 w:rsidTr="006A2BEF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410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 w:rsidTr="006A2BEF">
        <w:trPr>
          <w:cantSplit/>
        </w:trPr>
        <w:tc>
          <w:tcPr>
            <w:tcW w:w="10031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 w:rsidTr="006A2BEF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2001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 w:rsidTr="006A2BEF">
        <w:trPr>
          <w:cantSplit/>
        </w:trPr>
        <w:tc>
          <w:tcPr>
            <w:tcW w:w="10031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 w:rsidTr="006A2BEF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607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 w:rsidTr="006A2BEF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2001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 w:rsidTr="006A2BEF">
        <w:trPr>
          <w:cantSplit/>
        </w:trPr>
        <w:tc>
          <w:tcPr>
            <w:tcW w:w="10031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 w:rsidTr="006A2BEF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6016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 w:rsidTr="006A2BEF">
        <w:trPr>
          <w:cantSplit/>
        </w:trPr>
        <w:tc>
          <w:tcPr>
            <w:tcW w:w="10031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 w:rsidTr="006A2BEF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607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60122DCB" w:rsidR="00E25052" w:rsidRDefault="006A2BEF" w:rsidP="006A2BEF">
      <w:pPr>
        <w:spacing w:before="80" w:after="60"/>
        <w:rPr>
          <w:sz w:val="18"/>
        </w:rPr>
      </w:pPr>
      <w:r>
        <w:rPr>
          <w:sz w:val="18"/>
        </w:rPr>
        <w:t xml:space="preserve">                                                                                         </w:t>
      </w:r>
      <w:r w:rsidR="00000000">
        <w:rPr>
          <w:sz w:val="18"/>
        </w:rPr>
        <w:t xml:space="preserve">solicit </w:t>
      </w:r>
      <w:proofErr w:type="spellStart"/>
      <w:r w:rsidR="00000000">
        <w:rPr>
          <w:sz w:val="18"/>
        </w:rPr>
        <w:t>emiterea</w:t>
      </w:r>
      <w:proofErr w:type="spellEnd"/>
    </w:p>
    <w:p w14:paraId="44767C7F" w14:textId="77777777" w:rsidR="006A2BEF" w:rsidRDefault="006A2BEF" w:rsidP="006A2BEF">
      <w:pPr>
        <w:spacing w:before="80" w:after="60"/>
      </w:pPr>
    </w:p>
    <w:p w14:paraId="1AA52E38" w14:textId="7EDD1649" w:rsidR="006A2BEF" w:rsidRPr="006A2BEF" w:rsidRDefault="00000000" w:rsidP="006A2BEF">
      <w:pPr>
        <w:spacing w:after="160"/>
        <w:jc w:val="center"/>
        <w:rPr>
          <w:b/>
          <w:sz w:val="20"/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1003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804"/>
      </w:tblGrid>
      <w:tr w:rsidR="00E25052" w14:paraId="697264C9" w14:textId="77777777" w:rsidTr="006A2BEF">
        <w:trPr>
          <w:cantSplit/>
        </w:trPr>
        <w:tc>
          <w:tcPr>
            <w:tcW w:w="10031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 w:rsidTr="006A2BEF">
        <w:trPr>
          <w:cantSplit/>
        </w:trPr>
        <w:tc>
          <w:tcPr>
            <w:tcW w:w="10031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 w:rsidTr="006A2BEF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607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 w:rsidTr="006A2BEF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804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 w:rsidTr="006A2BEF">
        <w:trPr>
          <w:cantSplit/>
          <w:trHeight w:val="510"/>
        </w:trPr>
        <w:tc>
          <w:tcPr>
            <w:tcW w:w="10031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 w:rsidTr="006A2BEF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Număr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410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 w:rsidTr="006A2BEF">
        <w:trPr>
          <w:cantSplit/>
        </w:trPr>
        <w:tc>
          <w:tcPr>
            <w:tcW w:w="10031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funciară actualizat, anexat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 plan de încadrare în zonă în sistem Stereo 70, anexat</w:t>
            </w:r>
            <w:r w:rsidR="00F8517F" w:rsidRPr="00F8517F">
              <w:rPr>
                <w:sz w:val="16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1003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031"/>
      </w:tblGrid>
      <w:tr w:rsidR="00E25052" w14:paraId="3F3C9144" w14:textId="77777777" w:rsidTr="006A2BEF">
        <w:trPr>
          <w:cantSplit/>
          <w:trHeight w:val="323"/>
        </w:trPr>
        <w:tc>
          <w:tcPr>
            <w:tcW w:w="10031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 w:rsidTr="006A2BEF">
        <w:trPr>
          <w:cantSplit/>
          <w:trHeight w:val="174"/>
        </w:trPr>
        <w:tc>
          <w:tcPr>
            <w:tcW w:w="10031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în format scris, prin poștă     ☐ în format digital, la adresa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indicată     ☐ ridicare de la sediul autorității</w:t>
            </w:r>
          </w:p>
        </w:tc>
      </w:tr>
    </w:tbl>
    <w:p w14:paraId="1F9AB097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tbl>
      <w:tblPr>
        <w:tblpPr w:leftFromText="180" w:rightFromText="180" w:vertAnchor="text" w:horzAnchor="margin" w:tblpXSpec="center" w:tblpY="48"/>
        <w:tblW w:w="1006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4"/>
      </w:tblGrid>
      <w:tr w:rsidR="006A2BEF" w:rsidRPr="00EF6E84" w14:paraId="25AA1228" w14:textId="77777777" w:rsidTr="006A2BEF">
        <w:trPr>
          <w:trHeight w:val="200"/>
        </w:trPr>
        <w:tc>
          <w:tcPr>
            <w:tcW w:w="10064" w:type="dxa"/>
            <w:shd w:val="clear" w:color="auto" w:fill="F4F4F4"/>
          </w:tcPr>
          <w:p w14:paraId="0C8000C4" w14:textId="77777777" w:rsidR="006A2BEF" w:rsidRPr="00EF6E84" w:rsidRDefault="006A2BEF" w:rsidP="006A2BEF">
            <w:pPr>
              <w:pStyle w:val="TableParagraph"/>
              <w:spacing w:before="4" w:line="177" w:lineRule="exact"/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  <w:r w:rsidRPr="00EF6E84">
              <w:rPr>
                <w:rFonts w:ascii="Arial" w:hAnsi="Arial" w:cs="Arial"/>
                <w:b/>
                <w:sz w:val="16"/>
                <w:szCs w:val="16"/>
              </w:rPr>
              <w:t>7.</w:t>
            </w:r>
            <w:r w:rsidRPr="00EF6E84">
              <w:rPr>
                <w:rFonts w:ascii="Arial" w:hAnsi="Arial" w:cs="Arial"/>
                <w:b/>
                <w:spacing w:val="5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DATA</w:t>
            </w:r>
            <w:r w:rsidRPr="00EF6E84">
              <w:rPr>
                <w:rFonts w:ascii="Arial" w:hAnsi="Arial" w:cs="Arial"/>
                <w:b/>
                <w:spacing w:val="6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z w:val="16"/>
                <w:szCs w:val="16"/>
              </w:rPr>
              <w:t>ȘI</w:t>
            </w:r>
            <w:r w:rsidRPr="00EF6E84">
              <w:rPr>
                <w:rFonts w:ascii="Arial" w:hAnsi="Arial" w:cs="Arial"/>
                <w:b/>
                <w:spacing w:val="7"/>
                <w:sz w:val="16"/>
                <w:szCs w:val="16"/>
              </w:rPr>
              <w:t xml:space="preserve"> </w:t>
            </w:r>
            <w:r w:rsidRPr="00EF6E84">
              <w:rPr>
                <w:rFonts w:ascii="Arial" w:hAnsi="Arial" w:cs="Arial"/>
                <w:b/>
                <w:spacing w:val="-2"/>
                <w:sz w:val="16"/>
                <w:szCs w:val="16"/>
              </w:rPr>
              <w:t>SEMNĂTURA</w:t>
            </w:r>
          </w:p>
        </w:tc>
      </w:tr>
      <w:tr w:rsidR="006A2BEF" w:rsidRPr="00F643DF" w14:paraId="1C0BAD2C" w14:textId="77777777" w:rsidTr="006A2BEF">
        <w:trPr>
          <w:trHeight w:val="494"/>
        </w:trPr>
        <w:tc>
          <w:tcPr>
            <w:tcW w:w="10064" w:type="dxa"/>
          </w:tcPr>
          <w:p w14:paraId="08874FCB" w14:textId="77777777" w:rsidR="006A2BEF" w:rsidRDefault="006A2BEF" w:rsidP="006A2BEF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  <w:t xml:space="preserve">    Data                                                      </w:t>
            </w:r>
            <w:r w:rsidRPr="00F643DF"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  <w:t>Solicitantul</w:t>
            </w:r>
            <w:r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  <w:t xml:space="preserve">                                             Semnatura</w:t>
            </w:r>
          </w:p>
          <w:p w14:paraId="4A0CC842" w14:textId="77777777" w:rsidR="006A2BEF" w:rsidRPr="00F643DF" w:rsidRDefault="006A2BEF" w:rsidP="006A2BEF">
            <w:pPr>
              <w:pStyle w:val="TableParagraph"/>
              <w:rPr>
                <w:rFonts w:ascii="Arial" w:hAnsi="Arial" w:cs="Arial"/>
                <w:b/>
                <w:color w:val="0D5F78"/>
                <w:spacing w:val="-2"/>
                <w:w w:val="105"/>
                <w:sz w:val="20"/>
                <w:szCs w:val="20"/>
              </w:rPr>
            </w:pPr>
          </w:p>
          <w:p w14:paraId="676B5794" w14:textId="77777777" w:rsidR="006A2BEF" w:rsidRPr="00F643DF" w:rsidRDefault="006A2BEF" w:rsidP="006A2BEF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4BEEB2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2A729A92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730F712D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6AB2E1B1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0832489B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11A9E179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31F777CA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1689D981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16AA9547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5373DDD2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016213B3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008789A1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1E89F375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123F0201" w14:textId="77777777" w:rsidR="006A2BEF" w:rsidRDefault="006A2BEF" w:rsidP="00F8517F">
      <w:pPr>
        <w:tabs>
          <w:tab w:val="left" w:pos="3005"/>
        </w:tabs>
        <w:rPr>
          <w:b/>
          <w:color w:val="0D5F78"/>
        </w:rPr>
      </w:pPr>
    </w:p>
    <w:p w14:paraId="7E180354" w14:textId="76882574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B1462F">
      <w:headerReference w:type="default" r:id="rId9"/>
      <w:footerReference w:type="default" r:id="rId10"/>
      <w:pgSz w:w="11906" w:h="16838"/>
      <w:pgMar w:top="567" w:right="991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B53EA" w14:textId="77777777" w:rsidR="000614E3" w:rsidRDefault="000614E3">
      <w:r>
        <w:separator/>
      </w:r>
    </w:p>
  </w:endnote>
  <w:endnote w:type="continuationSeparator" w:id="0">
    <w:p w14:paraId="04D6436F" w14:textId="77777777" w:rsidR="000614E3" w:rsidRDefault="00061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E26ED" w14:textId="77777777" w:rsidR="000614E3" w:rsidRDefault="000614E3">
      <w:r>
        <w:separator/>
      </w:r>
    </w:p>
  </w:footnote>
  <w:footnote w:type="continuationSeparator" w:id="0">
    <w:p w14:paraId="72F6D171" w14:textId="77777777" w:rsidR="000614E3" w:rsidRDefault="00061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 w:rsidRPr="00F8517F">
      <w:rPr>
        <w:b/>
        <w:bCs/>
        <w:i/>
        <w:iCs/>
        <w:color w:val="595959"/>
        <w:sz w:val="24"/>
        <w:szCs w:val="24"/>
        <w:u w:val="single"/>
      </w:rPr>
      <w:t xml:space="preserve">Anexa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>F_CU_01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F4B28"/>
    <w:multiLevelType w:val="hybridMultilevel"/>
    <w:tmpl w:val="E894344C"/>
    <w:lvl w:ilvl="0" w:tplc="B22E1B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9E87B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F4A3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FC72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EEAD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4BA9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A00F4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15C356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DCFA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  <w:num w:numId="10" w16cid:durableId="975724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4E3"/>
    <w:rsid w:val="000F55B4"/>
    <w:rsid w:val="0015074B"/>
    <w:rsid w:val="0021562A"/>
    <w:rsid w:val="0029639D"/>
    <w:rsid w:val="00326F90"/>
    <w:rsid w:val="00481D57"/>
    <w:rsid w:val="004F205C"/>
    <w:rsid w:val="00593A57"/>
    <w:rsid w:val="006A2BEF"/>
    <w:rsid w:val="006C103E"/>
    <w:rsid w:val="00763A7C"/>
    <w:rsid w:val="00861954"/>
    <w:rsid w:val="009B5021"/>
    <w:rsid w:val="00AA1D8D"/>
    <w:rsid w:val="00AD7558"/>
    <w:rsid w:val="00B1462F"/>
    <w:rsid w:val="00B16250"/>
    <w:rsid w:val="00B47730"/>
    <w:rsid w:val="00BE242A"/>
    <w:rsid w:val="00CB0664"/>
    <w:rsid w:val="00E06BB2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6A2BEF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 S</cp:lastModifiedBy>
  <cp:revision>2</cp:revision>
  <dcterms:created xsi:type="dcterms:W3CDTF">2026-09-30T08:31:00Z</dcterms:created>
  <dcterms:modified xsi:type="dcterms:W3CDTF">2026-09-30T08:31:00Z</dcterms:modified>
  <cp:category/>
</cp:coreProperties>
</file>